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Actigy BPO KYC Checklist 2026</w:t>
      </w:r>
    </w:p>
    <w:p>
      <w:pPr>
        <w:pStyle w:val="Subtitle"/>
      </w:pPr>
      <w:r>
        <w:t>24 controls with evidence and decision records</w:t>
      </w:r>
    </w:p>
    <w:p>
      <w:r>
        <w:t>Use this template to document a defined KYC review. Adapt it to the service entity, customer, product, jurisdiction, and approved policy. Completion of the checklist does not itself approve a customer.</w:t>
      </w:r>
    </w:p>
    <w:p>
      <w:pPr>
        <w:pStyle w:val="Heading1"/>
      </w:pPr>
      <w:r>
        <w:t>Case setup</w:t>
      </w:r>
    </w:p>
    <w:p>
      <w:pPr>
        <w:spacing w:after="200"/>
      </w:pPr>
      <w:r>
        <w:t>Case reference: ____________________    Review date: ____________________</w:t>
      </w:r>
    </w:p>
    <w:p>
      <w:pPr>
        <w:spacing w:after="200"/>
      </w:pPr>
      <w:r>
        <w:t>Service entity and jurisdiction: _________________________________________</w:t>
      </w:r>
    </w:p>
    <w:p>
      <w:pPr>
        <w:spacing w:after="200"/>
      </w:pPr>
      <w:r>
        <w:t>Customer category and product: ________________________________________</w:t>
      </w:r>
    </w:p>
    <w:p>
      <w:pPr>
        <w:spacing w:after="200"/>
      </w:pPr>
      <w:r>
        <w:t>Review reason: onboarding / refresh / trigger / remediation</w:t>
      </w:r>
    </w:p>
    <w:p>
      <w:pPr>
        <w:spacing w:after="200"/>
      </w:pPr>
      <w:r>
        <w:t>Policy version and compliance owner: ____________________________________</w:t>
      </w:r>
    </w:p>
    <w:p>
      <w:pPr>
        <w:spacing w:after="200"/>
      </w:pPr>
      <w:r>
        <w:t>Reviewer and quality reviewer: _________________________________________</w:t>
      </w:r>
    </w:p>
    <w:p>
      <w:pPr>
        <w:spacing w:after="200"/>
      </w:pPr>
      <w:r>
        <w:t>Approved evidence repository: _________________________________________</w:t>
      </w:r>
    </w:p>
    <w:p>
      <w:pPr>
        <w:pStyle w:val="Heading1"/>
      </w:pPr>
      <w:r>
        <w:t>How to use the controls</w:t>
      </w:r>
    </w:p>
    <w:p>
      <w:r>
        <w:t>For each control, enter the result, evidence reference, reviewer, and date. Store customer documents only in the approved system. Use a case reference here instead of copying identity numbers or document images.</w:t>
      </w:r>
    </w:p>
    <w:p>
      <w:r>
        <w:t>Choose a status: Complete, Pending, Escalated, or Not applicable. Explain Not applicable. A blank, a pending item, and an unresolved match are not completed controls.</w:t>
      </w:r>
    </w:p>
    <w:p>
      <w:r>
        <w:t>Link each exception to the log on the final page. Assign a next action, owner, and due date. Keep a separate record of any authorized policy exception.</w:t>
      </w:r>
    </w:p>
    <w:p>
      <w:r>
        <w:t>The client’s authorized reviewer records the customer decision. Reviewers should not infer acceptance from an empty decision field or a completed checklist.</w:t>
      </w:r>
    </w:p>
    <w:p>
      <w:r>
        <w:t xml:space="preserve">Companion guide: </w:t>
      </w:r>
      <w:hyperlink r:id="rId11">
        <w:r>
          <w:rPr>
            <w:color w:val="3340C7"/>
            <w:u w:val="single"/>
          </w:rPr>
          <w:t>Actigy BPO Know Your Customer Checklist</w:t>
        </w:r>
      </w:hyperlink>
      <w:r>
        <w:t>. Original operational template. Evidence checked 18 October 2026. Reuse with attribution. The guide contains the linked source context.</w:t>
      </w:r>
    </w:p>
    <w:p>
      <w:r>
        <w:br w:type="page"/>
      </w:r>
    </w:p>
    <w:p>
      <w:pPr>
        <w:pStyle w:val="Heading1"/>
      </w:pPr>
      <w:r>
        <w:t>Controls 01 to 08</w:t>
      </w:r>
    </w:p>
    <w:p>
      <w:r>
        <w:t>Case reference: ____________________    Policy version: ____________________</w:t>
      </w:r>
    </w:p>
    <w:p>
      <w:pPr>
        <w:keepNext/>
        <w:spacing w:before="140" w:after="60"/>
      </w:pPr>
      <w:r>
        <w:rPr>
          <w:b/>
          <w:sz w:val="20"/>
        </w:rPr>
        <w:t>01  Identify the service entity and applicable jurisdiction</w:t>
      </w:r>
    </w:p>
    <w:p>
      <w:pPr>
        <w:keepNext/>
        <w:spacing w:after="60"/>
      </w:pPr>
      <w:r>
        <w:rPr>
          <w:sz w:val="18"/>
        </w:rPr>
        <w:t>1 Set scope  ·  Expected record: Policy scope reference</w:t>
      </w:r>
    </w:p>
    <w:p>
      <w:pPr>
        <w:spacing w:after="40"/>
      </w:pPr>
      <w:r>
        <w:rPr>
          <w:sz w:val="18"/>
        </w:rPr>
        <w:t>Status: __________  Evidence ref: _________________  Reviewer/date: __________</w:t>
      </w:r>
    </w:p>
    <w:p>
      <w:pPr>
        <w:spacing w:after="60"/>
      </w:pPr>
      <w:r>
        <w:rPr>
          <w:sz w:val="18"/>
        </w:rPr>
        <w:t>Result / exception reference: _______________________________________________</w:t>
      </w:r>
    </w:p>
    <w:p>
      <w:pPr>
        <w:keepNext/>
        <w:spacing w:before="140" w:after="60"/>
      </w:pPr>
      <w:r>
        <w:rPr>
          <w:b/>
          <w:sz w:val="20"/>
        </w:rPr>
        <w:t>02  Classify customer, product, and review reason</w:t>
      </w:r>
    </w:p>
    <w:p>
      <w:pPr>
        <w:keepNext/>
        <w:spacing w:after="60"/>
      </w:pPr>
      <w:r>
        <w:rPr>
          <w:sz w:val="18"/>
        </w:rPr>
        <w:t>1 Set scope  ·  Expected record: Onboarding, refresh, trigger, or remediation record</w:t>
      </w:r>
    </w:p>
    <w:p>
      <w:pPr>
        <w:spacing w:after="40"/>
      </w:pPr>
      <w:r>
        <w:rPr>
          <w:sz w:val="18"/>
        </w:rPr>
        <w:t>Status: __________  Evidence ref: _________________  Reviewer/date: __________</w:t>
      </w:r>
    </w:p>
    <w:p>
      <w:pPr>
        <w:spacing w:after="60"/>
      </w:pPr>
      <w:r>
        <w:rPr>
          <w:sz w:val="18"/>
        </w:rPr>
        <w:t>Result / exception reference: _______________________________________________</w:t>
      </w:r>
    </w:p>
    <w:p>
      <w:pPr>
        <w:keepNext/>
        <w:spacing w:before="140" w:after="60"/>
      </w:pPr>
      <w:r>
        <w:rPr>
          <w:b/>
          <w:sz w:val="20"/>
        </w:rPr>
        <w:t>03  Assign reviewer and record approved policy version</w:t>
      </w:r>
    </w:p>
    <w:p>
      <w:pPr>
        <w:keepNext/>
        <w:spacing w:after="60"/>
      </w:pPr>
      <w:r>
        <w:rPr>
          <w:sz w:val="18"/>
        </w:rPr>
        <w:t>1 Set scope  ·  Expected record: Owner and procedure version</w:t>
      </w:r>
    </w:p>
    <w:p>
      <w:pPr>
        <w:spacing w:after="40"/>
      </w:pPr>
      <w:r>
        <w:rPr>
          <w:sz w:val="18"/>
        </w:rPr>
        <w:t>Status: __________  Evidence ref: _________________  Reviewer/date: __________</w:t>
      </w:r>
    </w:p>
    <w:p>
      <w:pPr>
        <w:spacing w:after="60"/>
      </w:pPr>
      <w:r>
        <w:rPr>
          <w:sz w:val="18"/>
        </w:rPr>
        <w:t>Result / exception reference: _______________________________________________</w:t>
      </w:r>
    </w:p>
    <w:p>
      <w:pPr>
        <w:keepNext/>
        <w:spacing w:before="140" w:after="60"/>
      </w:pPr>
      <w:r>
        <w:rPr>
          <w:b/>
          <w:sz w:val="20"/>
        </w:rPr>
        <w:t>04  Collect the identifying attributes required by policy</w:t>
      </w:r>
    </w:p>
    <w:p>
      <w:pPr>
        <w:keepNext/>
        <w:spacing w:after="60"/>
      </w:pPr>
      <w:r>
        <w:rPr>
          <w:sz w:val="18"/>
        </w:rPr>
        <w:t>2 Verify identity  ·  Expected record: Approved customer record reference</w:t>
      </w:r>
    </w:p>
    <w:p>
      <w:pPr>
        <w:spacing w:after="40"/>
      </w:pPr>
      <w:r>
        <w:rPr>
          <w:sz w:val="18"/>
        </w:rPr>
        <w:t>Status: __________  Evidence ref: _________________  Reviewer/date: __________</w:t>
      </w:r>
    </w:p>
    <w:p>
      <w:pPr>
        <w:spacing w:after="60"/>
      </w:pPr>
      <w:r>
        <w:rPr>
          <w:sz w:val="18"/>
        </w:rPr>
        <w:t>Result / exception reference: _______________________________________________</w:t>
      </w:r>
    </w:p>
    <w:p>
      <w:pPr>
        <w:keepNext/>
        <w:spacing w:before="140" w:after="60"/>
      </w:pPr>
      <w:r>
        <w:rPr>
          <w:b/>
          <w:sz w:val="20"/>
        </w:rPr>
        <w:t>05  Run the approved identity verification method</w:t>
      </w:r>
    </w:p>
    <w:p>
      <w:pPr>
        <w:keepNext/>
        <w:spacing w:after="60"/>
      </w:pPr>
      <w:r>
        <w:rPr>
          <w:sz w:val="18"/>
        </w:rPr>
        <w:t>2 Verify identity  ·  Expected record: Source or tool, date, and result</w:t>
      </w:r>
    </w:p>
    <w:p>
      <w:pPr>
        <w:spacing w:after="40"/>
      </w:pPr>
      <w:r>
        <w:rPr>
          <w:sz w:val="18"/>
        </w:rPr>
        <w:t>Status: __________  Evidence ref: _________________  Reviewer/date: __________</w:t>
      </w:r>
    </w:p>
    <w:p>
      <w:pPr>
        <w:spacing w:after="60"/>
      </w:pPr>
      <w:r>
        <w:rPr>
          <w:sz w:val="18"/>
        </w:rPr>
        <w:t>Result / exception reference: _______________________________________________</w:t>
      </w:r>
    </w:p>
    <w:p>
      <w:pPr>
        <w:keepNext/>
        <w:spacing w:before="140" w:after="60"/>
      </w:pPr>
      <w:r>
        <w:rPr>
          <w:b/>
          <w:sz w:val="20"/>
        </w:rPr>
        <w:t>06  Document and route identity inconsistencies</w:t>
      </w:r>
    </w:p>
    <w:p>
      <w:pPr>
        <w:keepNext/>
        <w:spacing w:after="60"/>
      </w:pPr>
      <w:r>
        <w:rPr>
          <w:sz w:val="18"/>
        </w:rPr>
        <w:t>2 Verify identity  ·  Expected record: Mismatch and resolution or escalation</w:t>
      </w:r>
    </w:p>
    <w:p>
      <w:pPr>
        <w:spacing w:after="40"/>
      </w:pPr>
      <w:r>
        <w:rPr>
          <w:sz w:val="18"/>
        </w:rPr>
        <w:t>Status: __________  Evidence ref: _________________  Reviewer/date: __________</w:t>
      </w:r>
    </w:p>
    <w:p>
      <w:pPr>
        <w:spacing w:after="60"/>
      </w:pPr>
      <w:r>
        <w:rPr>
          <w:sz w:val="18"/>
        </w:rPr>
        <w:t>Result / exception reference: _______________________________________________</w:t>
      </w:r>
    </w:p>
    <w:p>
      <w:pPr>
        <w:keepNext/>
        <w:spacing w:before="140" w:after="60"/>
      </w:pPr>
      <w:r>
        <w:rPr>
          <w:b/>
          <w:sz w:val="20"/>
        </w:rPr>
        <w:t>07  Verify business existence where applicable</w:t>
      </w:r>
    </w:p>
    <w:p>
      <w:pPr>
        <w:keepNext/>
        <w:spacing w:after="60"/>
      </w:pPr>
      <w:r>
        <w:rPr>
          <w:sz w:val="18"/>
        </w:rPr>
        <w:t>3 Establish ownership  ·  Expected record: Registry or accepted existence evidence</w:t>
      </w:r>
    </w:p>
    <w:p>
      <w:pPr>
        <w:spacing w:after="40"/>
      </w:pPr>
      <w:r>
        <w:rPr>
          <w:sz w:val="18"/>
        </w:rPr>
        <w:t>Status: __________  Evidence ref: _________________  Reviewer/date: __________</w:t>
      </w:r>
    </w:p>
    <w:p>
      <w:pPr>
        <w:spacing w:after="60"/>
      </w:pPr>
      <w:r>
        <w:rPr>
          <w:sz w:val="18"/>
        </w:rPr>
        <w:t>Result / exception reference: _______________________________________________</w:t>
      </w:r>
    </w:p>
    <w:p>
      <w:pPr>
        <w:keepNext/>
        <w:spacing w:before="140" w:after="60"/>
      </w:pPr>
      <w:r>
        <w:rPr>
          <w:b/>
          <w:sz w:val="20"/>
        </w:rPr>
        <w:t>08  Map relevant ownership and control under applicable rules</w:t>
      </w:r>
    </w:p>
    <w:p>
      <w:pPr>
        <w:keepNext/>
        <w:spacing w:after="60"/>
      </w:pPr>
      <w:r>
        <w:rPr>
          <w:sz w:val="18"/>
        </w:rPr>
        <w:t>3 Establish ownership  ·  Expected record: Ownership evidence and control assessment</w:t>
      </w:r>
    </w:p>
    <w:p>
      <w:pPr>
        <w:spacing w:after="40"/>
      </w:pPr>
      <w:r>
        <w:rPr>
          <w:sz w:val="18"/>
        </w:rPr>
        <w:t>Status: __________  Evidence ref: _________________  Reviewer/date: __________</w:t>
      </w:r>
    </w:p>
    <w:p>
      <w:pPr>
        <w:spacing w:after="60"/>
      </w:pPr>
      <w:r>
        <w:rPr>
          <w:sz w:val="18"/>
        </w:rPr>
        <w:t>Result / exception reference: _______________________________________________</w:t>
      </w:r>
    </w:p>
    <w:p>
      <w:r>
        <w:br w:type="page"/>
      </w:r>
    </w:p>
    <w:p>
      <w:pPr>
        <w:pStyle w:val="Heading1"/>
      </w:pPr>
      <w:r>
        <w:t>Controls 09 to 16</w:t>
      </w:r>
    </w:p>
    <w:p>
      <w:r>
        <w:t>Case reference: ____________________    Policy version: ____________________</w:t>
      </w:r>
    </w:p>
    <w:p>
      <w:pPr>
        <w:keepNext/>
        <w:spacing w:before="140" w:after="60"/>
      </w:pPr>
      <w:r>
        <w:rPr>
          <w:b/>
          <w:sz w:val="20"/>
        </w:rPr>
        <w:t>09  Verify relevant people and authority to act</w:t>
      </w:r>
    </w:p>
    <w:p>
      <w:pPr>
        <w:keepNext/>
        <w:spacing w:after="60"/>
      </w:pPr>
      <w:r>
        <w:rPr>
          <w:sz w:val="18"/>
        </w:rPr>
        <w:t>3 Establish ownership  ·  Expected record: Identity and authorization references</w:t>
      </w:r>
    </w:p>
    <w:p>
      <w:pPr>
        <w:spacing w:after="40"/>
      </w:pPr>
      <w:r>
        <w:rPr>
          <w:sz w:val="18"/>
        </w:rPr>
        <w:t>Status: __________  Evidence ref: _________________  Reviewer/date: __________</w:t>
      </w:r>
    </w:p>
    <w:p>
      <w:pPr>
        <w:spacing w:after="60"/>
      </w:pPr>
      <w:r>
        <w:rPr>
          <w:sz w:val="18"/>
        </w:rPr>
        <w:t>Result / exception reference: _______________________________________________</w:t>
      </w:r>
    </w:p>
    <w:p>
      <w:pPr>
        <w:keepNext/>
        <w:spacing w:before="140" w:after="60"/>
      </w:pPr>
      <w:r>
        <w:rPr>
          <w:b/>
          <w:sz w:val="20"/>
        </w:rPr>
        <w:t>10  Complete applicable sanctions and ownership checks</w:t>
      </w:r>
    </w:p>
    <w:p>
      <w:pPr>
        <w:keepNext/>
        <w:spacing w:after="60"/>
      </w:pPr>
      <w:r>
        <w:rPr>
          <w:sz w:val="18"/>
        </w:rPr>
        <w:t>4 Review screening  ·  Expected record: Screening timestamp, scope, and disposition</w:t>
      </w:r>
    </w:p>
    <w:p>
      <w:pPr>
        <w:spacing w:after="40"/>
      </w:pPr>
      <w:r>
        <w:rPr>
          <w:sz w:val="18"/>
        </w:rPr>
        <w:t>Status: __________  Evidence ref: _________________  Reviewer/date: __________</w:t>
      </w:r>
    </w:p>
    <w:p>
      <w:pPr>
        <w:spacing w:after="60"/>
      </w:pPr>
      <w:r>
        <w:rPr>
          <w:sz w:val="18"/>
        </w:rPr>
        <w:t>Result / exception reference: _______________________________________________</w:t>
      </w:r>
    </w:p>
    <w:p>
      <w:pPr>
        <w:keepNext/>
        <w:spacing w:before="140" w:after="60"/>
      </w:pPr>
      <w:r>
        <w:rPr>
          <w:b/>
          <w:sz w:val="20"/>
        </w:rPr>
        <w:t>11  Apply the relevant PEP procedure</w:t>
      </w:r>
    </w:p>
    <w:p>
      <w:pPr>
        <w:keepNext/>
        <w:spacing w:after="60"/>
      </w:pPr>
      <w:r>
        <w:rPr>
          <w:sz w:val="18"/>
        </w:rPr>
        <w:t>4 Review screening  ·  Expected record: Assessment and required review record</w:t>
      </w:r>
    </w:p>
    <w:p>
      <w:pPr>
        <w:spacing w:after="40"/>
      </w:pPr>
      <w:r>
        <w:rPr>
          <w:sz w:val="18"/>
        </w:rPr>
        <w:t>Status: __________  Evidence ref: _________________  Reviewer/date: __________</w:t>
      </w:r>
    </w:p>
    <w:p>
      <w:pPr>
        <w:spacing w:after="60"/>
      </w:pPr>
      <w:r>
        <w:rPr>
          <w:sz w:val="18"/>
        </w:rPr>
        <w:t>Result / exception reference: _______________________________________________</w:t>
      </w:r>
    </w:p>
    <w:p>
      <w:pPr>
        <w:keepNext/>
        <w:spacing w:before="140" w:after="60"/>
      </w:pPr>
      <w:r>
        <w:rPr>
          <w:b/>
          <w:sz w:val="20"/>
        </w:rPr>
        <w:t>12  Review relevant adverse information under policy</w:t>
      </w:r>
    </w:p>
    <w:p>
      <w:pPr>
        <w:keepNext/>
        <w:spacing w:after="60"/>
      </w:pPr>
      <w:r>
        <w:rPr>
          <w:sz w:val="18"/>
        </w:rPr>
        <w:t>4 Review screening  ·  Expected record: Source, relevance, and disposition</w:t>
      </w:r>
    </w:p>
    <w:p>
      <w:pPr>
        <w:spacing w:after="40"/>
      </w:pPr>
      <w:r>
        <w:rPr>
          <w:sz w:val="18"/>
        </w:rPr>
        <w:t>Status: __________  Evidence ref: _________________  Reviewer/date: __________</w:t>
      </w:r>
    </w:p>
    <w:p>
      <w:pPr>
        <w:spacing w:after="60"/>
      </w:pPr>
      <w:r>
        <w:rPr>
          <w:sz w:val="18"/>
        </w:rPr>
        <w:t>Result / exception reference: _______________________________________________</w:t>
      </w:r>
    </w:p>
    <w:p>
      <w:pPr>
        <w:keepNext/>
        <w:spacing w:before="140" w:after="60"/>
      </w:pPr>
      <w:r>
        <w:rPr>
          <w:b/>
          <w:sz w:val="20"/>
        </w:rPr>
        <w:t>13  Document purpose and expected activity</w:t>
      </w:r>
    </w:p>
    <w:p>
      <w:pPr>
        <w:keepNext/>
        <w:spacing w:after="60"/>
      </w:pPr>
      <w:r>
        <w:rPr>
          <w:sz w:val="18"/>
        </w:rPr>
        <w:t>5 Assess the relationship  ·  Expected record: Customer explanation and profile</w:t>
      </w:r>
    </w:p>
    <w:p>
      <w:pPr>
        <w:spacing w:after="40"/>
      </w:pPr>
      <w:r>
        <w:rPr>
          <w:sz w:val="18"/>
        </w:rPr>
        <w:t>Status: __________  Evidence ref: _________________  Reviewer/date: __________</w:t>
      </w:r>
    </w:p>
    <w:p>
      <w:pPr>
        <w:spacing w:after="60"/>
      </w:pPr>
      <w:r>
        <w:rPr>
          <w:sz w:val="18"/>
        </w:rPr>
        <w:t>Result / exception reference: _______________________________________________</w:t>
      </w:r>
    </w:p>
    <w:p>
      <w:pPr>
        <w:keepNext/>
        <w:spacing w:before="140" w:after="60"/>
      </w:pPr>
      <w:r>
        <w:rPr>
          <w:b/>
          <w:sz w:val="20"/>
        </w:rPr>
        <w:t>14  Apply approved risk factors and record rationale</w:t>
      </w:r>
    </w:p>
    <w:p>
      <w:pPr>
        <w:keepNext/>
        <w:spacing w:after="60"/>
      </w:pPr>
      <w:r>
        <w:rPr>
          <w:sz w:val="18"/>
        </w:rPr>
        <w:t>5 Assess the relationship  ·  Expected record: Risk assessment and policy reference</w:t>
      </w:r>
    </w:p>
    <w:p>
      <w:pPr>
        <w:spacing w:after="40"/>
      </w:pPr>
      <w:r>
        <w:rPr>
          <w:sz w:val="18"/>
        </w:rPr>
        <w:t>Status: __________  Evidence ref: _________________  Reviewer/date: __________</w:t>
      </w:r>
    </w:p>
    <w:p>
      <w:pPr>
        <w:spacing w:after="60"/>
      </w:pPr>
      <w:r>
        <w:rPr>
          <w:sz w:val="18"/>
        </w:rPr>
        <w:t>Result / exception reference: _______________________________________________</w:t>
      </w:r>
    </w:p>
    <w:p>
      <w:pPr>
        <w:keepNext/>
        <w:spacing w:before="140" w:after="60"/>
      </w:pPr>
      <w:r>
        <w:rPr>
          <w:b/>
          <w:sz w:val="20"/>
        </w:rPr>
        <w:t>15  Complete additional due diligence when required</w:t>
      </w:r>
    </w:p>
    <w:p>
      <w:pPr>
        <w:keepNext/>
        <w:spacing w:after="60"/>
      </w:pPr>
      <w:r>
        <w:rPr>
          <w:sz w:val="18"/>
        </w:rPr>
        <w:t>5 Assess the relationship  ·  Expected record: Trigger, further evidence, and escalation</w:t>
      </w:r>
    </w:p>
    <w:p>
      <w:pPr>
        <w:spacing w:after="40"/>
      </w:pPr>
      <w:r>
        <w:rPr>
          <w:sz w:val="18"/>
        </w:rPr>
        <w:t>Status: __________  Evidence ref: _________________  Reviewer/date: __________</w:t>
      </w:r>
    </w:p>
    <w:p>
      <w:pPr>
        <w:spacing w:after="60"/>
      </w:pPr>
      <w:r>
        <w:rPr>
          <w:sz w:val="18"/>
        </w:rPr>
        <w:t>Result / exception reference: _______________________________________________</w:t>
      </w:r>
    </w:p>
    <w:p>
      <w:pPr>
        <w:keepNext/>
        <w:spacing w:before="140" w:after="60"/>
      </w:pPr>
      <w:r>
        <w:rPr>
          <w:b/>
          <w:sz w:val="20"/>
        </w:rPr>
        <w:t>16  Check completeness and consistency of the evidence</w:t>
      </w:r>
    </w:p>
    <w:p>
      <w:pPr>
        <w:keepNext/>
        <w:spacing w:after="60"/>
      </w:pPr>
      <w:r>
        <w:rPr>
          <w:sz w:val="18"/>
        </w:rPr>
        <w:t>6 Check the evidence  ·  Expected record: Quality review record</w:t>
      </w:r>
    </w:p>
    <w:p>
      <w:pPr>
        <w:spacing w:after="40"/>
      </w:pPr>
      <w:r>
        <w:rPr>
          <w:sz w:val="18"/>
        </w:rPr>
        <w:t>Status: __________  Evidence ref: _________________  Reviewer/date: __________</w:t>
      </w:r>
    </w:p>
    <w:p>
      <w:pPr>
        <w:spacing w:after="60"/>
      </w:pPr>
      <w:r>
        <w:rPr>
          <w:sz w:val="18"/>
        </w:rPr>
        <w:t>Result / exception reference: _______________________________________________</w:t>
      </w:r>
    </w:p>
    <w:p>
      <w:r>
        <w:br w:type="page"/>
      </w:r>
    </w:p>
    <w:p>
      <w:pPr>
        <w:pStyle w:val="Heading1"/>
      </w:pPr>
      <w:r>
        <w:t>Controls 17 to 24</w:t>
      </w:r>
    </w:p>
    <w:p>
      <w:r>
        <w:t>Case reference: ____________________    Policy version: ____________________</w:t>
      </w:r>
    </w:p>
    <w:p>
      <w:pPr>
        <w:keepNext/>
        <w:spacing w:before="140" w:after="60"/>
      </w:pPr>
      <w:r>
        <w:rPr>
          <w:b/>
          <w:sz w:val="20"/>
        </w:rPr>
        <w:t>17  Record an owner and next action for each exception</w:t>
      </w:r>
    </w:p>
    <w:p>
      <w:pPr>
        <w:keepNext/>
        <w:spacing w:after="60"/>
      </w:pPr>
      <w:r>
        <w:rPr>
          <w:sz w:val="18"/>
        </w:rPr>
        <w:t>6 Check the evidence  ·  Expected record: Exception log and due date</w:t>
      </w:r>
    </w:p>
    <w:p>
      <w:pPr>
        <w:spacing w:after="40"/>
      </w:pPr>
      <w:r>
        <w:rPr>
          <w:sz w:val="18"/>
        </w:rPr>
        <w:t>Status: __________  Evidence ref: _________________  Reviewer/date: __________</w:t>
      </w:r>
    </w:p>
    <w:p>
      <w:pPr>
        <w:spacing w:after="60"/>
      </w:pPr>
      <w:r>
        <w:rPr>
          <w:sz w:val="18"/>
        </w:rPr>
        <w:t>Result / exception reference: _______________________________________________</w:t>
      </w:r>
    </w:p>
    <w:p>
      <w:pPr>
        <w:keepNext/>
        <w:spacing w:before="140" w:after="60"/>
      </w:pPr>
      <w:r>
        <w:rPr>
          <w:b/>
          <w:sz w:val="20"/>
        </w:rPr>
        <w:t>18  Confirm required independent review or QA is recorded</w:t>
      </w:r>
    </w:p>
    <w:p>
      <w:pPr>
        <w:keepNext/>
        <w:spacing w:after="60"/>
      </w:pPr>
      <w:r>
        <w:rPr>
          <w:sz w:val="18"/>
        </w:rPr>
        <w:t>6 Check the evidence  ·  Expected record: Reviewer, scope, date, and result</w:t>
      </w:r>
    </w:p>
    <w:p>
      <w:pPr>
        <w:spacing w:after="40"/>
      </w:pPr>
      <w:r>
        <w:rPr>
          <w:sz w:val="18"/>
        </w:rPr>
        <w:t>Status: __________  Evidence ref: _________________  Reviewer/date: __________</w:t>
      </w:r>
    </w:p>
    <w:p>
      <w:pPr>
        <w:spacing w:after="60"/>
      </w:pPr>
      <w:r>
        <w:rPr>
          <w:sz w:val="18"/>
        </w:rPr>
        <w:t>Result / exception reference: _______________________________________________</w:t>
      </w:r>
    </w:p>
    <w:p>
      <w:pPr>
        <w:keepNext/>
        <w:spacing w:before="140" w:after="60"/>
      </w:pPr>
      <w:r>
        <w:rPr>
          <w:b/>
          <w:sz w:val="20"/>
        </w:rPr>
        <w:t>19  Confirm required controls and exceptions are resolved</w:t>
      </w:r>
    </w:p>
    <w:p>
      <w:pPr>
        <w:keepNext/>
        <w:spacing w:after="60"/>
      </w:pPr>
      <w:r>
        <w:rPr>
          <w:sz w:val="18"/>
        </w:rPr>
        <w:t>7 Record the decision  ·  Expected record: Final handoff status and restrictions</w:t>
      </w:r>
    </w:p>
    <w:p>
      <w:pPr>
        <w:spacing w:after="40"/>
      </w:pPr>
      <w:r>
        <w:rPr>
          <w:sz w:val="18"/>
        </w:rPr>
        <w:t>Status: __________  Evidence ref: _________________  Reviewer/date: __________</w:t>
      </w:r>
    </w:p>
    <w:p>
      <w:pPr>
        <w:spacing w:after="60"/>
      </w:pPr>
      <w:r>
        <w:rPr>
          <w:sz w:val="18"/>
        </w:rPr>
        <w:t>Result / exception reference: _______________________________________________</w:t>
      </w:r>
    </w:p>
    <w:p>
      <w:pPr>
        <w:keepNext/>
        <w:spacing w:before="140" w:after="60"/>
      </w:pPr>
      <w:r>
        <w:rPr>
          <w:b/>
          <w:sz w:val="20"/>
        </w:rPr>
        <w:t>20  Capture the authorized customer decision separately</w:t>
      </w:r>
    </w:p>
    <w:p>
      <w:pPr>
        <w:keepNext/>
        <w:spacing w:after="60"/>
      </w:pPr>
      <w:r>
        <w:rPr>
          <w:sz w:val="18"/>
        </w:rPr>
        <w:t>7 Record the decision  ·  Expected record: Decision-maker, rationale, and date</w:t>
      </w:r>
    </w:p>
    <w:p>
      <w:pPr>
        <w:spacing w:after="40"/>
      </w:pPr>
      <w:r>
        <w:rPr>
          <w:sz w:val="18"/>
        </w:rPr>
        <w:t>Status: __________  Evidence ref: _________________  Reviewer/date: __________</w:t>
      </w:r>
    </w:p>
    <w:p>
      <w:pPr>
        <w:spacing w:after="60"/>
      </w:pPr>
      <w:r>
        <w:rPr>
          <w:sz w:val="18"/>
        </w:rPr>
        <w:t>Result / exception reference: _______________________________________________</w:t>
      </w:r>
    </w:p>
    <w:p>
      <w:pPr>
        <w:keepNext/>
        <w:spacing w:before="140" w:after="60"/>
      </w:pPr>
      <w:r>
        <w:rPr>
          <w:b/>
          <w:sz w:val="20"/>
        </w:rPr>
        <w:t>21  Record conditions and permitted operational actions</w:t>
      </w:r>
    </w:p>
    <w:p>
      <w:pPr>
        <w:keepNext/>
        <w:spacing w:after="60"/>
      </w:pPr>
      <w:r>
        <w:rPr>
          <w:sz w:val="18"/>
        </w:rPr>
        <w:t>7 Record the decision  ·  Expected record: Approved action and communication record</w:t>
      </w:r>
    </w:p>
    <w:p>
      <w:pPr>
        <w:spacing w:after="40"/>
      </w:pPr>
      <w:r>
        <w:rPr>
          <w:sz w:val="18"/>
        </w:rPr>
        <w:t>Status: __________  Evidence ref: _________________  Reviewer/date: __________</w:t>
      </w:r>
    </w:p>
    <w:p>
      <w:pPr>
        <w:spacing w:after="60"/>
      </w:pPr>
      <w:r>
        <w:rPr>
          <w:sz w:val="18"/>
        </w:rPr>
        <w:t>Result / exception reference: _______________________________________________</w:t>
      </w:r>
    </w:p>
    <w:p>
      <w:pPr>
        <w:keepNext/>
        <w:spacing w:before="140" w:after="60"/>
      </w:pPr>
      <w:r>
        <w:rPr>
          <w:b/>
          <w:sz w:val="20"/>
        </w:rPr>
        <w:t>22  Assign monitoring handoff and review triggers</w:t>
      </w:r>
    </w:p>
    <w:p>
      <w:pPr>
        <w:keepNext/>
        <w:spacing w:after="60"/>
      </w:pPr>
      <w:r>
        <w:rPr>
          <w:sz w:val="18"/>
        </w:rPr>
        <w:t>8 Maintain the file  ·  Expected record: Owner, next review, and event triggers</w:t>
      </w:r>
    </w:p>
    <w:p>
      <w:pPr>
        <w:spacing w:after="40"/>
      </w:pPr>
      <w:r>
        <w:rPr>
          <w:sz w:val="18"/>
        </w:rPr>
        <w:t>Status: __________  Evidence ref: _________________  Reviewer/date: __________</w:t>
      </w:r>
    </w:p>
    <w:p>
      <w:pPr>
        <w:spacing w:after="60"/>
      </w:pPr>
      <w:r>
        <w:rPr>
          <w:sz w:val="18"/>
        </w:rPr>
        <w:t>Result / exception reference: _______________________________________________</w:t>
      </w:r>
    </w:p>
    <w:p>
      <w:pPr>
        <w:keepNext/>
        <w:spacing w:before="140" w:after="60"/>
      </w:pPr>
      <w:r>
        <w:rPr>
          <w:b/>
          <w:sz w:val="20"/>
        </w:rPr>
        <w:t>23  Set retention and deletion rules by record category</w:t>
      </w:r>
    </w:p>
    <w:p>
      <w:pPr>
        <w:keepNext/>
        <w:spacing w:after="60"/>
      </w:pPr>
      <w:r>
        <w:rPr>
          <w:sz w:val="18"/>
        </w:rPr>
        <w:t>8 Maintain the file  ·  Expected record: Approved schedule and applicable holds</w:t>
      </w:r>
    </w:p>
    <w:p>
      <w:pPr>
        <w:spacing w:after="40"/>
      </w:pPr>
      <w:r>
        <w:rPr>
          <w:sz w:val="18"/>
        </w:rPr>
        <w:t>Status: __________  Evidence ref: _________________  Reviewer/date: __________</w:t>
      </w:r>
    </w:p>
    <w:p>
      <w:pPr>
        <w:spacing w:after="60"/>
      </w:pPr>
      <w:r>
        <w:rPr>
          <w:sz w:val="18"/>
        </w:rPr>
        <w:t>Result / exception reference: _______________________________________________</w:t>
      </w:r>
    </w:p>
    <w:p>
      <w:pPr>
        <w:keepNext/>
        <w:spacing w:before="140" w:after="60"/>
      </w:pPr>
      <w:r>
        <w:rPr>
          <w:b/>
          <w:sz w:val="20"/>
        </w:rPr>
        <w:t>24  Confirm access controls and evidence retrievability</w:t>
      </w:r>
    </w:p>
    <w:p>
      <w:pPr>
        <w:keepNext/>
        <w:spacing w:after="60"/>
      </w:pPr>
      <w:r>
        <w:rPr>
          <w:sz w:val="18"/>
        </w:rPr>
        <w:t>8 Maintain the file  ·  Expected record: Approved repository and access review</w:t>
      </w:r>
    </w:p>
    <w:p>
      <w:pPr>
        <w:spacing w:after="40"/>
      </w:pPr>
      <w:r>
        <w:rPr>
          <w:sz w:val="18"/>
        </w:rPr>
        <w:t>Status: __________  Evidence ref: _________________  Reviewer/date: __________</w:t>
      </w:r>
    </w:p>
    <w:p>
      <w:pPr>
        <w:spacing w:after="60"/>
      </w:pPr>
      <w:r>
        <w:rPr>
          <w:sz w:val="18"/>
        </w:rPr>
        <w:t>Result / exception reference: _______________________________________________</w:t>
      </w:r>
    </w:p>
    <w:p>
      <w:r>
        <w:br w:type="page"/>
      </w:r>
    </w:p>
    <w:p>
      <w:pPr>
        <w:pStyle w:val="Heading1"/>
      </w:pPr>
      <w:r>
        <w:t>Exceptions and authorized decision</w:t>
      </w:r>
    </w:p>
    <w:p>
      <w:r>
        <w:t>Case reference: ____________________</w:t>
      </w:r>
    </w:p>
    <w:p>
      <w:pPr>
        <w:pStyle w:val="Heading2"/>
      </w:pPr>
      <w:r>
        <w:t>Exception log</w:t>
      </w:r>
    </w:p>
    <w:p>
      <w:r>
        <w:t>Add rows as needed in the editable file. Reference sensitive evidence in the approved repository.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008"/>
        <w:gridCol w:w="3240"/>
        <w:gridCol w:w="3240"/>
        <w:gridCol w:w="2678"/>
      </w:tblGrid>
      <w:tr>
        <w:trPr>
          <w:cantSplit/>
          <w:tblHeader w:val="true"/>
        </w:trPr>
        <w:tc>
          <w:tcPr>
            <w:tcW w:type="dxa" w:w="1008"/>
            <w:vAlign w:val="center"/>
            <w:shd w:fill="1A2150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/>
                <w:color w:val="FFFFFF"/>
                <w:sz w:val="18"/>
              </w:rPr>
              <w:t>Control</w:t>
            </w:r>
          </w:p>
        </w:tc>
        <w:tc>
          <w:tcPr>
            <w:tcW w:type="dxa" w:w="3240"/>
            <w:vAlign w:val="center"/>
            <w:shd w:fill="1A2150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/>
                <w:color w:val="FFFFFF"/>
                <w:sz w:val="18"/>
              </w:rPr>
              <w:t>Gap or question</w:t>
            </w:r>
          </w:p>
        </w:tc>
        <w:tc>
          <w:tcPr>
            <w:tcW w:type="dxa" w:w="3240"/>
            <w:vAlign w:val="center"/>
            <w:shd w:fill="1A2150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/>
                <w:color w:val="FFFFFF"/>
                <w:sz w:val="18"/>
              </w:rPr>
              <w:t>Owner and action</w:t>
            </w:r>
          </w:p>
        </w:tc>
        <w:tc>
          <w:tcPr>
            <w:tcW w:type="dxa" w:w="2678"/>
            <w:vAlign w:val="center"/>
            <w:shd w:fill="1A2150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/>
                <w:color w:val="FFFFFF"/>
                <w:sz w:val="18"/>
              </w:rPr>
              <w:t>Due date and closure</w:t>
            </w:r>
          </w:p>
        </w:tc>
      </w:tr>
      <w:tr>
        <w:trPr>
          <w:cantSplit/>
        </w:trPr>
        <w:tc>
          <w:tcPr>
            <w:tcW w:type="dxa" w:w="1008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</w:t>
            </w:r>
          </w:p>
        </w:tc>
        <w:tc>
          <w:tcPr>
            <w:tcW w:type="dxa" w:w="3240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________________</w:t>
              <w:br/>
              <w:t>________________</w:t>
            </w:r>
          </w:p>
        </w:tc>
        <w:tc>
          <w:tcPr>
            <w:tcW w:type="dxa" w:w="3240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________________</w:t>
              <w:br/>
              <w:t>________________</w:t>
            </w:r>
          </w:p>
        </w:tc>
        <w:tc>
          <w:tcPr>
            <w:tcW w:type="dxa" w:w="2678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________________</w:t>
              <w:br/>
              <w:t>________________</w:t>
            </w:r>
          </w:p>
        </w:tc>
      </w:tr>
      <w:tr>
        <w:trPr>
          <w:cantSplit/>
        </w:trPr>
        <w:tc>
          <w:tcPr>
            <w:tcW w:type="dxa" w:w="100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</w:t>
            </w:r>
          </w:p>
        </w:tc>
        <w:tc>
          <w:tcPr>
            <w:tcW w:type="dxa" w:w="324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________________</w:t>
              <w:br/>
              <w:t>________________</w:t>
            </w:r>
          </w:p>
        </w:tc>
        <w:tc>
          <w:tcPr>
            <w:tcW w:type="dxa" w:w="324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________________</w:t>
              <w:br/>
              <w:t>________________</w:t>
            </w:r>
          </w:p>
        </w:tc>
        <w:tc>
          <w:tcPr>
            <w:tcW w:type="dxa" w:w="267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________________</w:t>
              <w:br/>
              <w:t>________________</w:t>
            </w:r>
          </w:p>
        </w:tc>
      </w:tr>
      <w:tr>
        <w:trPr>
          <w:cantSplit/>
        </w:trPr>
        <w:tc>
          <w:tcPr>
            <w:tcW w:type="dxa" w:w="1008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</w:t>
            </w:r>
          </w:p>
        </w:tc>
        <w:tc>
          <w:tcPr>
            <w:tcW w:type="dxa" w:w="3240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________________</w:t>
              <w:br/>
              <w:t>________________</w:t>
            </w:r>
          </w:p>
        </w:tc>
        <w:tc>
          <w:tcPr>
            <w:tcW w:type="dxa" w:w="3240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________________</w:t>
              <w:br/>
              <w:t>________________</w:t>
            </w:r>
          </w:p>
        </w:tc>
        <w:tc>
          <w:tcPr>
            <w:tcW w:type="dxa" w:w="2678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________________</w:t>
              <w:br/>
              <w:t>________________</w:t>
            </w:r>
          </w:p>
        </w:tc>
      </w:tr>
      <w:tr>
        <w:trPr>
          <w:cantSplit/>
        </w:trPr>
        <w:tc>
          <w:tcPr>
            <w:tcW w:type="dxa" w:w="100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</w:t>
            </w:r>
          </w:p>
        </w:tc>
        <w:tc>
          <w:tcPr>
            <w:tcW w:type="dxa" w:w="324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________________</w:t>
              <w:br/>
              <w:t>________________</w:t>
            </w:r>
          </w:p>
        </w:tc>
        <w:tc>
          <w:tcPr>
            <w:tcW w:type="dxa" w:w="324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________________</w:t>
              <w:br/>
              <w:t>________________</w:t>
            </w:r>
          </w:p>
        </w:tc>
        <w:tc>
          <w:tcPr>
            <w:tcW w:type="dxa" w:w="267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________________</w:t>
              <w:br/>
              <w:t>________________</w:t>
            </w:r>
          </w:p>
        </w:tc>
      </w:tr>
    </w:tbl>
    <w:p>
      <w:pPr>
        <w:spacing w:after="40"/>
      </w:pPr>
    </w:p>
    <w:p>
      <w:pPr>
        <w:pStyle w:val="Heading2"/>
      </w:pPr>
      <w:r>
        <w:t>Quality review</w:t>
      </w:r>
    </w:p>
    <w:p>
      <w:r>
        <w:t>Review scope and result: _________________________________________________</w:t>
      </w:r>
    </w:p>
    <w:p>
      <w:r>
        <w:t>Reviewer and date: ______________________________________________________</w:t>
      </w:r>
    </w:p>
    <w:p>
      <w:r>
        <w:t>Unresolved items and restrictions: _________________________________________</w:t>
      </w:r>
    </w:p>
    <w:p>
      <w:pPr>
        <w:pStyle w:val="Heading2"/>
      </w:pPr>
      <w:r>
        <w:t>Client decision</w:t>
      </w:r>
    </w:p>
    <w:p>
      <w:pPr>
        <w:spacing w:after="160"/>
      </w:pPr>
      <w:r>
        <w:t>Decision: pending / accept / decline / other authorized disposition</w:t>
      </w:r>
    </w:p>
    <w:p>
      <w:pPr>
        <w:spacing w:after="160"/>
      </w:pPr>
      <w:r>
        <w:t>Authorized decision-maker and role: _______________________________________</w:t>
      </w:r>
    </w:p>
    <w:p>
      <w:pPr>
        <w:spacing w:after="160"/>
      </w:pPr>
      <w:r>
        <w:t>Decision date and rationale: ______________________________________________</w:t>
      </w:r>
    </w:p>
    <w:p>
      <w:pPr>
        <w:spacing w:after="160"/>
      </w:pPr>
      <w:r>
        <w:t>Conditions and next actions: ______________________________________________</w:t>
      </w:r>
    </w:p>
    <w:p>
      <w:pPr>
        <w:spacing w:after="160"/>
      </w:pPr>
      <w:r>
        <w:t>Next review date or trigger: ______________________________________________</w:t>
      </w:r>
    </w:p>
    <w:p>
      <w:pPr>
        <w:spacing w:after="160"/>
      </w:pPr>
      <w:r>
        <w:t>Monitoring owner: ______________________________________________________</w:t>
      </w:r>
    </w:p>
    <w:p>
      <w:pPr>
        <w:spacing w:after="160"/>
      </w:pPr>
      <w:r>
        <w:t>Retention schedule and record location: ____________________________________</w:t>
      </w:r>
    </w:p>
    <w:p>
      <w:r>
        <w:t>Confirm every applicable prerequisite and unresolved exception before recording an approval. Use the firm’s authorized process for restrictions, filings, and customer communication.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893" w:left="1037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actigy.com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rPr>
        <w:b/>
        <w:color w:val="000000"/>
        <w:sz w:val="16"/>
      </w:rPr>
      <w:t>ACTIGY BPO  |  EDITABLE KYC CHECKLIST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41A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40"/>
    </w:pPr>
    <w:rPr>
      <w:rFonts w:asciiTheme="majorHAnsi" w:eastAsiaTheme="majorEastAsia" w:hAnsiTheme="majorHAnsi" w:cstheme="majorBidi" w:ascii="Arial" w:hAnsi="Arial"/>
      <w:b w:val="0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 w:val="0"/>
      <w:bCs/>
      <w:color w:val="4D5878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actigy.com/resources/know-your-customer-checklis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Actigy BPO KYC Checklist 2026</dc:title>
  <dc:subject>EDITABLE KYC CHECKLIST</dc:subject>
  <dc:creator>Actigy BPO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