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Billing Quality Scorecard</w:t>
      </w:r>
    </w:p>
    <w:p>
      <w:r>
        <w:t>Use this scorecard to compare a defined billing or coding queue using consistent populations, timing and error definitions.</w:t>
      </w:r>
    </w:p>
    <w:p>
      <w:r>
        <w:t>Owner ____________________    Queue ____________________    Version date ____________________</w:t>
      </w:r>
    </w:p>
    <w:p>
      <w:r>
        <w:t>Use approved aggregate records and evidence references. Keep patient or customer data in the approved source system. Agree definitions, exclusions and thresholds before entering results.</w:t>
      </w:r>
    </w:p>
    <w:p>
      <w:pPr>
        <w:pStyle w:val="Heading1"/>
      </w:pPr>
      <w:r>
        <w:t>Definitions to agree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416"/>
      </w:tblGrid>
      <w:tr>
        <w:trPr>
          <w:cantSplit/>
          <w:tblHeader/>
        </w:trPr>
        <w:tc>
          <w:tcPr>
            <w:tcW w:type="dxa" w:w="2952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7416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Definition and interpretation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Coding review pass rate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Audited charts with no defined coding error ÷ audited charts × 100. State sample design, error severity and review rules. Chart-level and code-level accuracy differ.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First-pass payer acceptance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Unique first submissions accepted for processing ÷ unique first submissions × 100. Use a fixed submitted cohort and observation window. Report pending responses separately. Keep clearinghouse acceptance separate.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Initial denial rate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Distinct claims denied on first adjudication ÷ distinct claims first adjudicated × 100. Define partial denials and exclusions. Do not use all submitted claims as the denominator.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Submission time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Median elapsed time from complete record availability to first submission. Record the start event, holds and units. Also monitor delays before records become complete.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AR over 90 days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Open AR aged over 90 days ÷ total open AR × 100. Use the same valuation basis and aging date. Track write-offs so the ratio cannot improve invisibly.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Cost per accepted claim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Allocated billing operating expense ÷ accepted claims in the matched period. Include retained supervision, QA and systems. Define resubmission handling. Acceptance is not collection.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Record the review</w:t>
      </w:r>
    </w:p>
    <w:p>
      <w:r>
        <w:t>Baseline period ____________________    Review period ____________________</w:t>
        <w:br/>
        <w:t>Population and exclusions 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3240"/>
        <w:gridCol w:w="4608"/>
      </w:tblGrid>
      <w:tr>
        <w:trPr>
          <w:cantSplit/>
          <w:tblHeader/>
        </w:trPr>
        <w:tc>
          <w:tcPr>
            <w:tcW w:type="dxa" w:w="252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Measure or review area</w:t>
            </w:r>
          </w:p>
        </w:tc>
        <w:tc>
          <w:tcPr>
            <w:tcW w:type="dxa" w:w="324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Baseline and current result</w:t>
            </w:r>
          </w:p>
        </w:tc>
        <w:tc>
          <w:tcPr>
            <w:tcW w:type="dxa" w:w="4608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Evidence and next 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Coding review pass rate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First-pass payer acceptance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Initial denial rate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Submission time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AR over 90 days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Cost per accepted claim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Decision and unresolved issues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Authorized reviewer ____________________    Review date ____________________</w:t>
      </w:r>
    </w:p>
    <w:p>
      <w:r>
        <w:t>Original Actigy BPO working template. Completion records a review. It is not an automatic legal, clinical or financial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 BPO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ACTIGY BPO   Editable working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4" w:lineRule="auto"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60"/>
    </w:pPr>
    <w:rPr>
      <w:rFonts w:ascii="Calibri" w:hAnsi="Calibri"/>
      <w:b w:val="0"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Editable working template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